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MY PLATINUM PARTNER</w:t>
      </w:r>
    </w:p>
    <w:p>
      <w:pPr>
        <w:pStyle w:val="Title"/>
        <w:jc w:val="center"/>
      </w:pPr>
      <w:r>
        <w:t>PRE-STRATEGY SESSION</w:t>
        <w:br/>
        <w:t>QUESTIONNAIRE</w:t>
      </w:r>
    </w:p>
    <w:p>
      <w:pPr>
        <w:jc w:val="center"/>
      </w:pPr>
      <w:r>
        <w:rPr>
          <w:i/>
        </w:rPr>
        <w:t>Your Personal Success &amp; Business Development Assessment</w:t>
      </w:r>
    </w:p>
    <w:p>
      <w:pPr>
        <w:jc w:val="center"/>
      </w:pPr>
      <w:r>
        <w:t>LEARN  •  IMPLEMENT  •  CONNECT  •  MEASURE  •  GROW</w:t>
      </w:r>
    </w:p>
    <w:p>
      <w:pPr>
        <w:jc w:val="center"/>
      </w:pPr>
      <w:r>
        <w:t>Prepared for My Platinum Partner | TMI &amp; Associates, Inc.</w:t>
      </w:r>
    </w:p>
    <w:p>
      <w:r>
        <w:rPr>
          <w:b w:val="0"/>
        </w:rPr>
        <w:t>Please review the eBook “Success as a Platinum Partner for Dummies” and answer the questions below before your strategy session. Personal answers have no right or wrong response. If a question does not apply, enter N/A. Do not include sensitive financial or account information.</w:t>
      </w:r>
    </w:p>
    <w:p>
      <w:r>
        <w:rPr>
          <w:b/>
        </w:rPr>
        <w:t>SUBMIT TO: support@tmiassociates.com</w:t>
      </w:r>
    </w:p>
    <w:p>
      <w:pPr>
        <w:pStyle w:val="Heading1"/>
      </w:pPr>
      <w:r>
        <w:t>Prospect Information</w:t>
      </w:r>
    </w:p>
    <w:p>
      <w:r>
        <w:rPr>
          <w:b w:val="0"/>
        </w:rPr>
        <w:t>Full name: ___________________________________________________________</w:t>
      </w:r>
    </w:p>
    <w:p>
      <w:r>
        <w:rPr>
          <w:b w:val="0"/>
        </w:rPr>
        <w:t>Email address: ___________________________________________________________</w:t>
      </w:r>
    </w:p>
    <w:p>
      <w:r>
        <w:rPr>
          <w:b w:val="0"/>
        </w:rPr>
        <w:t>Phone number: ___________________________________________________________</w:t>
      </w:r>
    </w:p>
    <w:p>
      <w:r>
        <w:rPr>
          <w:b w:val="0"/>
        </w:rPr>
        <w:t>City / State: ___________________________________________________________</w:t>
      </w:r>
    </w:p>
    <w:p>
      <w:r>
        <w:rPr>
          <w:b w:val="0"/>
        </w:rPr>
        <w:t>Current occupation or business: ___________________________________________________________</w:t>
      </w:r>
    </w:p>
    <w:p>
      <w:pPr>
        <w:keepNext/>
        <w:spacing w:before="120"/>
      </w:pPr>
      <w:r>
        <w:rPr>
          <w:b/>
        </w:rPr>
        <w:t>A. How did you learn about My Platinum Partner?</w:t>
      </w:r>
    </w:p>
    <w:p>
      <w:pPr>
        <w:spacing w:after="120"/>
      </w:pPr>
      <w:r>
        <w:t xml:space="preserve">   ☐ Email     ☐ Social media     ☐ Referral     ☐ Website     ☐ Other</w:t>
      </w:r>
    </w:p>
    <w:p>
      <w:pPr>
        <w:keepNext/>
        <w:spacing w:before="120"/>
      </w:pPr>
      <w:r>
        <w:rPr>
          <w:b/>
        </w:rPr>
        <w:t>B. Have you watched the introductory presentation?</w:t>
      </w:r>
    </w:p>
    <w:p>
      <w:pPr>
        <w:spacing w:after="120"/>
      </w:pPr>
      <w:r>
        <w:t xml:space="preserve">   ☐ Yes     ☐ No</w:t>
      </w:r>
    </w:p>
    <w:p>
      <w:pPr>
        <w:pStyle w:val="Heading1"/>
      </w:pPr>
      <w:r>
        <w:t>Chapter 1 — The Platinum Partner Opportunity</w:t>
      </w:r>
    </w:p>
    <w:p>
      <w:pPr>
        <w:keepNext/>
        <w:spacing w:before="120"/>
      </w:pPr>
      <w:r>
        <w:rPr>
          <w:b/>
        </w:rPr>
        <w:t>1. What is your primary reason for exploring My Platinum Partner?</w:t>
      </w:r>
    </w:p>
    <w:p>
      <w:pPr>
        <w:spacing w:after="0"/>
      </w:pPr>
      <w:r>
        <w:t>________________________________________________________________________________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________________________________________________________________________________</w:t>
      </w:r>
    </w:p>
    <w:p>
      <w:pPr>
        <w:keepNext/>
        <w:spacing w:before="120"/>
      </w:pPr>
      <w:r>
        <w:rPr>
          <w:b/>
        </w:rPr>
        <w:t>2. Which areas would you most like to improve?</w:t>
      </w:r>
    </w:p>
    <w:p>
      <w:pPr>
        <w:spacing w:after="120"/>
      </w:pPr>
      <w:r>
        <w:t xml:space="preserve">   ☐ Personal development     ☐ Business growth     ☐ Additional income     ☐ Financial management     ☐ Retirement     ☐ Legacy</w:t>
      </w:r>
    </w:p>
    <w:p>
      <w:pPr>
        <w:keepNext/>
        <w:spacing w:before="120"/>
      </w:pPr>
      <w:r>
        <w:rPr>
          <w:b/>
        </w:rPr>
        <w:t>3. What new skill would you most like to develop?</w:t>
      </w:r>
    </w:p>
    <w:p>
      <w:pPr>
        <w:spacing w:after="0"/>
      </w:pPr>
      <w:r>
        <w:t>________________________________________________________________________________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________________________________________________________________________________</w:t>
      </w:r>
    </w:p>
    <w:p>
      <w:pPr>
        <w:pStyle w:val="Heading1"/>
      </w:pPr>
      <w:r>
        <w:t>Chapter 2 — Define Your Own Version of Success</w:t>
      </w:r>
    </w:p>
    <w:p>
      <w:pPr>
        <w:keepNext/>
        <w:spacing w:before="120"/>
      </w:pPr>
      <w:r>
        <w:rPr>
          <w:b/>
        </w:rPr>
        <w:t>4. What would success look like for you 12 months from now?</w:t>
      </w:r>
    </w:p>
    <w:p>
      <w:pPr>
        <w:spacing w:after="0"/>
      </w:pPr>
      <w:r>
        <w:t>________________________________________________________________________________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________________________________________________________________________________</w:t>
      </w:r>
    </w:p>
    <w:p>
      <w:pPr>
        <w:keepNext/>
        <w:spacing w:before="120"/>
      </w:pPr>
      <w:r>
        <w:rPr>
          <w:b/>
        </w:rPr>
        <w:t>5. What is your most important goal for the next 90 days?</w:t>
      </w:r>
    </w:p>
    <w:p>
      <w:pPr>
        <w:spacing w:after="0"/>
      </w:pPr>
      <w:r>
        <w:t>________________________________________________________________________________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________________________________________________________________________________</w:t>
      </w:r>
    </w:p>
    <w:p>
      <w:pPr>
        <w:keepNext/>
        <w:spacing w:before="120"/>
      </w:pPr>
      <w:r>
        <w:rPr>
          <w:b/>
        </w:rPr>
        <w:t>6. What is the biggest obstacle preventing you from reaching your goals?</w:t>
      </w:r>
    </w:p>
    <w:p>
      <w:pPr>
        <w:spacing w:after="0"/>
      </w:pPr>
      <w:r>
        <w:t>________________________________________________________________________________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________________________________________________________________________________</w:t>
      </w:r>
    </w:p>
    <w:p>
      <w:pPr>
        <w:pStyle w:val="Heading1"/>
      </w:pPr>
      <w:r>
        <w:t>Chapter 3 — The Six Starting Steps</w:t>
      </w:r>
    </w:p>
    <w:p>
      <w:pPr>
        <w:keepNext/>
        <w:spacing w:before="120"/>
      </w:pPr>
      <w:r>
        <w:rPr>
          <w:b/>
        </w:rPr>
        <w:t>7. Have you reviewed the Getting Started information?</w:t>
      </w:r>
    </w:p>
    <w:p>
      <w:pPr>
        <w:spacing w:after="120"/>
      </w:pPr>
      <w:r>
        <w:t xml:space="preserve">   ☐ Yes     ☐ Partially     ☐ Not yet</w:t>
      </w:r>
    </w:p>
    <w:p>
      <w:pPr>
        <w:keepNext/>
        <w:spacing w:before="120"/>
      </w:pPr>
      <w:r>
        <w:rPr>
          <w:b/>
        </w:rPr>
        <w:t>8. How much time can you commit to learning and implementation each week?</w:t>
      </w:r>
    </w:p>
    <w:p>
      <w:pPr>
        <w:spacing w:after="120"/>
      </w:pPr>
      <w:r>
        <w:t xml:space="preserve">   ☐ 1–3 hours     ☐ 4–7 hours     ☐ 8–14 hours     ☐ 15+ hours</w:t>
      </w:r>
    </w:p>
    <w:p>
      <w:pPr>
        <w:keepNext/>
        <w:spacing w:before="120"/>
      </w:pPr>
      <w:r>
        <w:rPr>
          <w:b/>
        </w:rPr>
        <w:t>9. What questions do you have about getting started?</w:t>
      </w:r>
    </w:p>
    <w:p>
      <w:pPr>
        <w:spacing w:after="0"/>
      </w:pPr>
      <w:r>
        <w:t>________________________________________________________________________________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________________________________________________________________________________</w:t>
      </w:r>
    </w:p>
    <w:p>
      <w:pPr>
        <w:pStyle w:val="Heading1"/>
      </w:pPr>
      <w:r>
        <w:t>Chapter 4 — Choose and Understand an Opportunity</w:t>
      </w:r>
    </w:p>
    <w:p>
      <w:pPr>
        <w:keepNext/>
        <w:spacing w:before="120"/>
      </w:pPr>
      <w:r>
        <w:rPr>
          <w:b/>
        </w:rPr>
        <w:t>10. Which path interests you most?</w:t>
      </w:r>
    </w:p>
    <w:p>
      <w:pPr>
        <w:spacing w:after="120"/>
      </w:pPr>
      <w:r>
        <w:t xml:space="preserve">   ☐ Affiliate marketing     ☐ Online business     ☐ Lead generation     ☐ Existing business     ☐ Financial education     ☐ Undecided</w:t>
      </w:r>
    </w:p>
    <w:p>
      <w:pPr>
        <w:keepNext/>
        <w:spacing w:before="120"/>
      </w:pPr>
      <w:r>
        <w:rPr>
          <w:b/>
        </w:rPr>
        <w:t>11. What must you understand before choosing an opportunity?</w:t>
      </w:r>
    </w:p>
    <w:p>
      <w:pPr>
        <w:spacing w:after="120"/>
      </w:pPr>
      <w:r>
        <w:t xml:space="preserve">   ☐ Costs     ☐ Training     ☐ Compensation     ☐ Time     ☐ Risks     ☐ All of these</w:t>
      </w:r>
    </w:p>
    <w:p>
      <w:pPr>
        <w:pStyle w:val="Heading1"/>
      </w:pPr>
      <w:r>
        <w:t>Chapter 5 — Leads, Funnels, and Follow-Up</w:t>
      </w:r>
    </w:p>
    <w:p>
      <w:pPr>
        <w:keepNext/>
        <w:spacing w:before="120"/>
      </w:pPr>
      <w:r>
        <w:rPr>
          <w:b/>
        </w:rPr>
        <w:t>12. How familiar are you with funnels and lead generation?</w:t>
      </w:r>
    </w:p>
    <w:p>
      <w:pPr>
        <w:spacing w:after="120"/>
      </w:pPr>
      <w:r>
        <w:t xml:space="preserve">   ☐ No experience     ☐ Beginner     ☐ Some     ☐ Experienced</w:t>
      </w:r>
    </w:p>
    <w:p>
      <w:pPr>
        <w:keepNext/>
        <w:spacing w:before="120"/>
      </w:pPr>
      <w:r>
        <w:rPr>
          <w:b/>
        </w:rPr>
        <w:t>13. Do you have a contact list with permission to market to its members?</w:t>
      </w:r>
    </w:p>
    <w:p>
      <w:pPr>
        <w:spacing w:after="120"/>
      </w:pPr>
      <w:r>
        <w:t xml:space="preserve">   ☐ Yes     ☐ No</w:t>
      </w:r>
    </w:p>
    <w:p>
      <w:pPr>
        <w:keepNext/>
        <w:spacing w:before="120"/>
      </w:pPr>
      <w:r>
        <w:rPr>
          <w:b/>
        </w:rPr>
        <w:t>14. What would you most like to learn about finding and communicating with potential customers?</w:t>
      </w:r>
    </w:p>
    <w:p>
      <w:pPr>
        <w:spacing w:after="0"/>
      </w:pPr>
      <w:r>
        <w:t>________________________________________________________________________________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________________________________________________________________________________</w:t>
      </w:r>
    </w:p>
    <w:p>
      <w:pPr>
        <w:pStyle w:val="Heading1"/>
      </w:pPr>
      <w:r>
        <w:t>Chapter 6 — Conversations Without Pressure</w:t>
      </w:r>
    </w:p>
    <w:p>
      <w:pPr>
        <w:keepNext/>
        <w:spacing w:before="120"/>
      </w:pPr>
      <w:r>
        <w:rPr>
          <w:b/>
        </w:rPr>
        <w:t>15. How comfortable are you discussing business opportunities with people?</w:t>
      </w:r>
    </w:p>
    <w:p>
      <w:pPr>
        <w:spacing w:after="120"/>
      </w:pPr>
      <w:r>
        <w:t xml:space="preserve">   ☐ Very     ☐ Somewhat     ☐ Need training     ☐ Uncomfortable</w:t>
      </w:r>
    </w:p>
    <w:p>
      <w:pPr>
        <w:keepNext/>
        <w:spacing w:before="120"/>
      </w:pPr>
      <w:r>
        <w:rPr>
          <w:b/>
        </w:rPr>
        <w:t>16. What is your biggest concern about marketing or selling?</w:t>
      </w:r>
    </w:p>
    <w:p>
      <w:pPr>
        <w:spacing w:after="0"/>
      </w:pPr>
      <w:r>
        <w:t>________________________________________________________________________________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________________________________________________________________________________</w:t>
      </w:r>
    </w:p>
    <w:p>
      <w:pPr>
        <w:pStyle w:val="Heading1"/>
      </w:pPr>
      <w:r>
        <w:t>Chapter 7 — AI and Content</w:t>
      </w:r>
    </w:p>
    <w:p>
      <w:pPr>
        <w:keepNext/>
        <w:spacing w:before="120"/>
      </w:pPr>
      <w:r>
        <w:rPr>
          <w:b/>
        </w:rPr>
        <w:t>17. Have you used AI tools such as ChatGPT?</w:t>
      </w:r>
    </w:p>
    <w:p>
      <w:pPr>
        <w:spacing w:after="120"/>
      </w:pPr>
      <w:r>
        <w:t xml:space="preserve">   ☐ Frequently     ☐ Occasionally     ☐ Never</w:t>
      </w:r>
    </w:p>
    <w:p>
      <w:pPr>
        <w:keepNext/>
        <w:spacing w:before="120"/>
      </w:pPr>
      <w:r>
        <w:rPr>
          <w:b/>
        </w:rPr>
        <w:t>18. Which skills interest you?</w:t>
      </w:r>
    </w:p>
    <w:p>
      <w:pPr>
        <w:spacing w:after="120"/>
      </w:pPr>
      <w:r>
        <w:t xml:space="preserve">   ☐ Social posts     ☐ Emails     ☐ Videos     ☐ Business plans     ☐ Automation     ☐ All of these</w:t>
      </w:r>
    </w:p>
    <w:p>
      <w:pPr>
        <w:pStyle w:val="Heading1"/>
      </w:pPr>
      <w:r>
        <w:t>Chapter 8 — Weekly Business System</w:t>
      </w:r>
    </w:p>
    <w:p>
      <w:pPr>
        <w:keepNext/>
        <w:spacing w:before="120"/>
      </w:pPr>
      <w:r>
        <w:rPr>
          <w:b/>
        </w:rPr>
        <w:t>19. Which of the five project stages best describes you today?</w:t>
      </w:r>
    </w:p>
    <w:p>
      <w:pPr>
        <w:spacing w:after="120"/>
      </w:pPr>
      <w:r>
        <w:t xml:space="preserve">   ☐ Formulation     ☐ Concentration     ☐ Momentum     ☐ Stability     ☐ Mastery</w:t>
      </w:r>
    </w:p>
    <w:p>
      <w:pPr>
        <w:keepNext/>
        <w:spacing w:before="120"/>
      </w:pPr>
      <w:r>
        <w:rPr>
          <w:b/>
        </w:rPr>
        <w:t>20. What would help you act more consistently toward your goals?</w:t>
      </w:r>
    </w:p>
    <w:p>
      <w:pPr>
        <w:spacing w:after="0"/>
      </w:pPr>
      <w:r>
        <w:t>________________________________________________________________________________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________________________________________________________________________________</w:t>
      </w:r>
    </w:p>
    <w:p>
      <w:pPr>
        <w:pStyle w:val="Heading1"/>
      </w:pPr>
      <w:r>
        <w:t>Chapter 9 — Know Your Numbers</w:t>
      </w:r>
    </w:p>
    <w:p>
      <w:pPr>
        <w:keepNext/>
        <w:spacing w:before="120"/>
      </w:pPr>
      <w:r>
        <w:rPr>
          <w:b/>
        </w:rPr>
        <w:t>21. Do you track personal or business expenses?</w:t>
      </w:r>
    </w:p>
    <w:p>
      <w:pPr>
        <w:spacing w:after="120"/>
      </w:pPr>
      <w:r>
        <w:t xml:space="preserve">   ☐ Consistently     ☐ Occasionally     ☐ No</w:t>
      </w:r>
    </w:p>
    <w:p>
      <w:pPr>
        <w:keepNext/>
        <w:spacing w:before="120"/>
      </w:pPr>
      <w:r>
        <w:rPr>
          <w:b/>
        </w:rPr>
        <w:t>22. Which money-management skills would you like to improve?</w:t>
      </w:r>
    </w:p>
    <w:p>
      <w:pPr>
        <w:spacing w:after="120"/>
      </w:pPr>
      <w:r>
        <w:t xml:space="preserve">   ☐ Budgeting     ☐ Tracking expenses     ☐ Debt     ☐ Profitability     ☐ Taxes     ☐ All of these</w:t>
      </w:r>
    </w:p>
    <w:p>
      <w:pPr>
        <w:pStyle w:val="Heading1"/>
      </w:pPr>
      <w:r>
        <w:t>Chapter 10 — Retirement and Legacy</w:t>
      </w:r>
    </w:p>
    <w:p>
      <w:pPr>
        <w:keepNext/>
        <w:spacing w:before="120"/>
      </w:pPr>
      <w:r>
        <w:rPr>
          <w:b/>
        </w:rPr>
        <w:t>23. Which long-term goals concern you most?</w:t>
      </w:r>
    </w:p>
    <w:p>
      <w:pPr>
        <w:spacing w:after="120"/>
      </w:pPr>
      <w:r>
        <w:t xml:space="preserve">   ☐ Emergency savings     ☐ Debt     ☐ Retirement     ☐ Additional income     ☐ Family protection     ☐ Estate planning</w:t>
      </w:r>
    </w:p>
    <w:p>
      <w:pPr>
        <w:keepNext/>
        <w:spacing w:before="120"/>
      </w:pPr>
      <w:r>
        <w:rPr>
          <w:b/>
        </w:rPr>
        <w:t>24. What one financial habit or planning decision would you like to improve?</w:t>
      </w:r>
    </w:p>
    <w:p>
      <w:pPr>
        <w:spacing w:after="0"/>
      </w:pPr>
      <w:r>
        <w:t>________________________________________________________________________________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________________________________________________________________________________</w:t>
      </w:r>
    </w:p>
    <w:p>
      <w:pPr>
        <w:pStyle w:val="Heading1"/>
      </w:pPr>
      <w:r>
        <w:t>Chapter 11 — Your 30-Day Launch</w:t>
      </w:r>
    </w:p>
    <w:p>
      <w:pPr>
        <w:keepNext/>
        <w:spacing w:before="120"/>
      </w:pPr>
      <w:r>
        <w:rPr>
          <w:b/>
        </w:rPr>
        <w:t>25. Will you commit to a realistic 30-day learning and action plan?</w:t>
      </w:r>
    </w:p>
    <w:p>
      <w:pPr>
        <w:spacing w:after="120"/>
      </w:pPr>
      <w:r>
        <w:t xml:space="preserve">   ☐ Yes     ☐ Possibly     ☐ Not now</w:t>
      </w:r>
    </w:p>
    <w:p>
      <w:pPr>
        <w:keepNext/>
        <w:spacing w:before="120"/>
      </w:pPr>
      <w:r>
        <w:rPr>
          <w:b/>
        </w:rPr>
        <w:t>26. What three actions would you like to complete in your first 30 days?</w:t>
      </w:r>
    </w:p>
    <w:p>
      <w:pPr>
        <w:spacing w:after="0"/>
      </w:pPr>
      <w:r>
        <w:t>________________________________________________________________________________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________________________________________________________________________________</w:t>
      </w:r>
    </w:p>
    <w:p>
      <w:pPr>
        <w:pStyle w:val="Heading1"/>
      </w:pPr>
      <w:r>
        <w:t>Chapter 12 — Worksheets and Personal Roadmap</w:t>
      </w:r>
    </w:p>
    <w:p>
      <w:pPr>
        <w:keepNext/>
        <w:spacing w:before="120"/>
      </w:pPr>
      <w:r>
        <w:rPr>
          <w:b/>
        </w:rPr>
        <w:t>27. Who would you most like to help with your future skills or services?</w:t>
      </w:r>
    </w:p>
    <w:p>
      <w:pPr>
        <w:spacing w:after="0"/>
      </w:pPr>
      <w:r>
        <w:t>________________________________________________________________________________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________________________________________________________________________________</w:t>
      </w:r>
    </w:p>
    <w:p>
      <w:pPr>
        <w:keepNext/>
        <w:spacing w:before="120"/>
      </w:pPr>
      <w:r>
        <w:rPr>
          <w:b/>
        </w:rPr>
        <w:t>28. Have you identified a program or service you would like to evaluate?</w:t>
      </w:r>
    </w:p>
    <w:p>
      <w:pPr>
        <w:spacing w:after="0"/>
      </w:pPr>
      <w:r>
        <w:t>________________________________________________________________________________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________________________________________________________________________________</w:t>
      </w:r>
    </w:p>
    <w:p>
      <w:pPr>
        <w:keepNext/>
        <w:spacing w:before="120"/>
      </w:pPr>
      <w:r>
        <w:rPr>
          <w:b/>
        </w:rPr>
        <w:t>29. What training or support would help you succeed?</w:t>
      </w:r>
    </w:p>
    <w:p>
      <w:pPr>
        <w:spacing w:after="0"/>
      </w:pPr>
      <w:r>
        <w:t>________________________________________________________________________________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________________________________________________________________________________</w:t>
      </w:r>
    </w:p>
    <w:p>
      <w:pPr>
        <w:pStyle w:val="Heading1"/>
      </w:pPr>
      <w:r>
        <w:t>Final Strategy Session Assessment</w:t>
      </w:r>
    </w:p>
    <w:p>
      <w:pPr>
        <w:keepNext/>
        <w:spacing w:before="120"/>
      </w:pPr>
      <w:r>
        <w:rPr>
          <w:b/>
        </w:rPr>
        <w:t>30. What is your number-one priority?</w:t>
      </w:r>
    </w:p>
    <w:p>
      <w:pPr>
        <w:spacing w:after="120"/>
      </w:pPr>
      <w:r>
        <w:t xml:space="preserve">   ☐ Personal life     ☐ New business     ☐ Grow business     ☐ Extra income     ☐ Finances     ☐ Retirement     ☐ Legacy</w:t>
      </w:r>
    </w:p>
    <w:p>
      <w:pPr>
        <w:keepNext/>
        <w:spacing w:before="120"/>
      </w:pPr>
      <w:r>
        <w:rPr>
          <w:b/>
        </w:rPr>
        <w:t>31. What is your most important question for the strategy session?</w:t>
      </w:r>
    </w:p>
    <w:p>
      <w:pPr>
        <w:spacing w:after="0"/>
      </w:pPr>
      <w:r>
        <w:t>________________________________________________________________________________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________________________________________________________________________________</w:t>
      </w:r>
    </w:p>
    <w:p>
      <w:pPr>
        <w:keepNext/>
        <w:spacing w:before="120"/>
      </w:pPr>
      <w:r>
        <w:rPr>
          <w:b/>
        </w:rPr>
        <w:t>32. How would you prefer to meet?</w:t>
      </w:r>
    </w:p>
    <w:p>
      <w:pPr>
        <w:spacing w:after="120"/>
      </w:pPr>
      <w:r>
        <w:t xml:space="preserve">   ☐ Telephone     ☐ Zoom / video</w:t>
      </w:r>
    </w:p>
    <w:p>
      <w:pPr>
        <w:keepNext/>
        <w:spacing w:before="120"/>
      </w:pPr>
      <w:r>
        <w:rPr>
          <w:b/>
        </w:rPr>
        <w:t>33. When are you generally available?</w:t>
      </w:r>
    </w:p>
    <w:p>
      <w:pPr>
        <w:spacing w:after="120"/>
      </w:pPr>
      <w:r>
        <w:t xml:space="preserve">   ☐ Weekday mornings     ☐ Weekday afternoons     ☐ Weekday evenings</w:t>
      </w:r>
    </w:p>
    <w:p>
      <w:pPr>
        <w:keepNext/>
        <w:spacing w:before="120"/>
      </w:pPr>
      <w:r>
        <w:rPr>
          <w:b/>
        </w:rPr>
        <w:t>34. Anything else you would like our team to know?</w:t>
      </w:r>
    </w:p>
    <w:p>
      <w:pPr>
        <w:spacing w:after="0"/>
      </w:pPr>
      <w:r>
        <w:t>________________________________________________________________________________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________________________________________________________________________________</w:t>
      </w:r>
    </w:p>
    <w:p>
      <w:pPr>
        <w:pStyle w:val="Heading1"/>
      </w:pPr>
      <w:r>
        <w:t>Acknowledgment and Submission</w:t>
      </w:r>
    </w:p>
    <w:p>
      <w:r>
        <w:rPr>
          <w:b w:val="0"/>
        </w:rPr>
        <w:t>☐ I reviewed the educational materials or identified the topics where I need clarification.</w:t>
      </w:r>
    </w:p>
    <w:p>
      <w:r>
        <w:rPr>
          <w:b w:val="0"/>
        </w:rPr>
        <w:t>☐ I understand no specific earnings, sales, or results are guaranteed.</w:t>
      </w:r>
    </w:p>
    <w:p>
      <w:r>
        <w:rPr>
          <w:b w:val="0"/>
        </w:rPr>
        <w:t>☐ I authorize TMI &amp; Associates, Inc. to contact me about this form and a possible strategy session.</w:t>
      </w:r>
    </w:p>
    <w:p>
      <w:r>
        <w:rPr>
          <w:b w:val="0"/>
        </w:rPr>
        <w:t>Applicant name: ____________________________________    Date: __________________</w:t>
      </w:r>
    </w:p>
    <w:p>
      <w:r>
        <w:rPr>
          <w:b/>
        </w:rPr>
        <w:t>Email this completed form to: support@tmiassociates.com</w:t>
      </w:r>
    </w:p>
    <w:p>
      <w:r>
        <w:rPr>
          <w:b w:val="0"/>
        </w:rPr>
        <w:t>Suggested subject: Platinum Partner Pre-Strategy Session Questionnaire — [Your Full Name]</w:t>
      </w:r>
    </w:p>
    <w:p>
      <w:r>
        <w:rPr>
          <w:b w:val="0"/>
        </w:rPr>
        <w:t>This questionnaire is not an enrollment agreement. Program terms, costs, and risks should be reviewed before any purchase or business decision.</w:t>
      </w:r>
    </w:p>
    <w:p>
      <w:r>
        <w:rPr>
          <w:b w:val="0"/>
        </w:rPr>
        <w:t>www.myplatinumpartner.com  |  TMI &amp; Associates, Inc.</w:t>
      </w:r>
    </w:p>
    <w:sectPr w:rsidR="00FC693F" w:rsidRPr="0006063C" w:rsidSect="00034616">
      <w:footerReference w:type="default" r:id="rId9"/>
      <w:pgSz w:w="12240" w:h="15840"/>
      <w:pgMar w:top="1008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MY PLATINUM PARTNER  •  PRE-STRATEGY SESSION QUESTIONNAIRE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2D3644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14B74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200"/>
      <w:contextualSpacing/>
    </w:pPr>
    <w:rPr>
      <w:rFonts w:asciiTheme="majorHAnsi" w:eastAsiaTheme="majorEastAsia" w:hAnsiTheme="majorHAnsi" w:cstheme="majorBidi" w:ascii="Aptos Display" w:hAnsi="Aptos Display"/>
      <w:b/>
      <w:color w:val="113053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